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38EE6CB2" w:rsidR="00BD4241" w:rsidRDefault="00E34579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2DCCC008" wp14:editId="22EFC4CE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493D913" w:rsidR="00BD4241" w:rsidRPr="00190E53" w:rsidRDefault="0032083C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190E53">
              <w:rPr>
                <w:b/>
                <w:color w:val="0D5F78"/>
              </w:rPr>
              <w:t xml:space="preserve"> </w:t>
            </w:r>
            <w:r w:rsidR="00190E53" w:rsidRPr="00190E53">
              <w:rPr>
                <w:b/>
              </w:rPr>
              <w:t>TELEORMAN</w:t>
            </w:r>
          </w:p>
          <w:p w14:paraId="5170F875" w14:textId="77777777" w:rsidR="00BD4241" w:rsidRDefault="00BD4241">
            <w:pPr>
              <w:keepNext/>
            </w:pP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2BC42D47" w:rsidR="00BD4241" w:rsidRPr="00190E53" w:rsidRDefault="0032083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190E53">
              <w:rPr>
                <w:b/>
                <w:color w:val="0D5F78"/>
              </w:rPr>
              <w:t xml:space="preserve"> </w:t>
            </w:r>
            <w:r w:rsidR="00190E53" w:rsidRPr="00190E53">
              <w:rPr>
                <w:b/>
              </w:rPr>
              <w:t>PRIMARIA ORASULUI VIDELE</w:t>
            </w:r>
          </w:p>
          <w:p w14:paraId="5529F8B8" w14:textId="77777777" w:rsidR="00BD4241" w:rsidRDefault="00BD4241">
            <w:pPr>
              <w:keepNext/>
            </w:pP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Cod de identificare fiscală (CIF)</w:t>
            </w:r>
          </w:p>
          <w:p w14:paraId="095A60EC" w14:textId="2009C45A" w:rsidR="00BD4241" w:rsidRPr="00A256C2" w:rsidRDefault="00190E53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0DDC71E0" w14:textId="77777777" w:rsidR="00190E53" w:rsidRDefault="00190E53" w:rsidP="00190E53">
            <w:pPr>
              <w:keepNext/>
            </w:pPr>
            <w:r>
              <w:t xml:space="preserve">ORAS VIDELE, STRADA REPUBLICII, NR. 2, TEL. 0247453017, </w:t>
            </w:r>
          </w:p>
          <w:p w14:paraId="72B93E2A" w14:textId="5D095C7D" w:rsidR="00BD4241" w:rsidRDefault="00190E53" w:rsidP="00190E53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32083C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  <w:bookmarkStart w:id="0" w:name="_GoBack"/>
      <w:bookmarkEnd w:id="0"/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32083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14:paraId="1CA5657F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32083C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3208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32083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32083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32083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32083C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32083C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55F72AB1" w14:textId="77777777" w:rsidR="00BD4241" w:rsidRPr="00232B9E" w:rsidRDefault="0032083C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14:paraId="458BA7BA" w14:textId="77777777" w:rsidR="00917520" w:rsidRDefault="0032083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32083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32083C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în </w:t>
            </w:r>
            <w:r w:rsidR="00A256C2">
              <w:rPr>
                <w:sz w:val="16"/>
              </w:rPr>
              <w:t>vederea realizării obiectivului de investiții</w:t>
            </w:r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32083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32083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14:paraId="2511787E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32083C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32083C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32083C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32083C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32083C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afara zonelor construite protejate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32083C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32083C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32083C">
            <w:pPr>
              <w:keepNext/>
            </w:pPr>
            <w:r>
              <w:rPr>
                <w:sz w:val="16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32083C">
            <w:pPr>
              <w:keepNext/>
            </w:pPr>
            <w:r>
              <w:rPr>
                <w:sz w:val="16"/>
              </w:rPr>
              <w:t>☐ aflate în zona de protecție a monumentelor istorice</w:t>
            </w:r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 în zone construite protejate, stabilite potrivit legii</w:t>
            </w:r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3208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32083C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32083C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32083C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plantate     ☐ spații publice     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32083C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14:paraId="05C62BB3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energetică</w:t>
            </w:r>
          </w:p>
          <w:p w14:paraId="1E87347E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 electronice</w:t>
            </w:r>
          </w:p>
          <w:p w14:paraId="43F594AA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 apelor</w:t>
            </w:r>
          </w:p>
          <w:p w14:paraId="3F55129D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14:paraId="3DB7F2E4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14:paraId="54EDF735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3208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32083C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32083C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3208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3208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32083C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32083C">
            <w:r>
              <w:rPr>
                <w:b/>
                <w:color w:val="0D5F78"/>
              </w:rPr>
              <w:t>Solicitantul</w:t>
            </w:r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32083C">
            <w:r>
              <w:rPr>
                <w:b/>
                <w:color w:val="0D5F78"/>
              </w:rPr>
              <w:t>Semnătura</w:t>
            </w:r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3D3390" w14:textId="77777777" w:rsidR="0032083C" w:rsidRDefault="0032083C">
      <w:r>
        <w:separator/>
      </w:r>
    </w:p>
  </w:endnote>
  <w:endnote w:type="continuationSeparator" w:id="0">
    <w:p w14:paraId="4FD57A36" w14:textId="77777777" w:rsidR="0032083C" w:rsidRDefault="00320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060EA" w14:textId="77777777" w:rsidR="00BD4241" w:rsidRDefault="0032083C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90E53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90E53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D504D" w14:textId="77777777" w:rsidR="0032083C" w:rsidRDefault="0032083C">
      <w:r>
        <w:separator/>
      </w:r>
    </w:p>
  </w:footnote>
  <w:footnote w:type="continuationSeparator" w:id="0">
    <w:p w14:paraId="167F7570" w14:textId="77777777" w:rsidR="0032083C" w:rsidRDefault="00320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444F"/>
    <w:rsid w:val="0015074B"/>
    <w:rsid w:val="00190E53"/>
    <w:rsid w:val="00200AB0"/>
    <w:rsid w:val="00232B9E"/>
    <w:rsid w:val="0029639D"/>
    <w:rsid w:val="0032083C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E345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F7B56-AC3D-4CF2-A314-0C55DE0D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4</cp:revision>
  <dcterms:created xsi:type="dcterms:W3CDTF">2013-12-23T23:15:00Z</dcterms:created>
  <dcterms:modified xsi:type="dcterms:W3CDTF">2026-09-23T11:55:00Z</dcterms:modified>
  <cp:category/>
</cp:coreProperties>
</file>